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Calibri" w:hAnsi="Calibri"/>
          <w:b/>
          <w:color w:val="2F78C4"/>
          <w:sz w:val="44"/>
        </w:rPr>
        <w:t>Transport Referral Form</w:t>
      </w:r>
    </w:p>
    <w:p>
      <w:pPr>
        <w:spacing w:after="320"/>
        <w:jc w:val="center"/>
      </w:pPr>
      <w:r>
        <w:rPr>
          <w:rFonts w:ascii="Calibri" w:hAnsi="Calibri"/>
          <w:i/>
          <w:color w:val="506271"/>
          <w:sz w:val="21"/>
        </w:rPr>
        <w:t>Downloadable referral form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94"/>
            <w:shd w:fill="EAF5FF"/>
          </w:tcPr>
          <w:p>
            <w:pPr>
              <w:spacing w:after="0"/>
            </w:pPr>
            <w:r>
              <w:rPr>
                <w:rFonts w:ascii="Calibri" w:hAnsi="Calibri"/>
                <w:color w:val="173B64"/>
                <w:sz w:val="19"/>
              </w:rPr>
              <w:t>Complete all relevant sections. If a question does not apply, write “N/A”. Required information should be shared securely.</w:t>
            </w:r>
          </w:p>
        </w:tc>
      </w:tr>
    </w:tbl>
    <w:p>
      <w:pPr>
        <w:spacing w:after="0"/>
      </w:pPr>
    </w:p>
    <w:p>
      <w:pPr>
        <w:pStyle w:val="Heading1"/>
      </w:pPr>
      <w:r>
        <w:t>1. Referrer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Job Title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Fax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What are the principle reasons for wanting transport services?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2. Child(ren) / Adult Details requiring transport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Name(s)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Age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of Birth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Male/Female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Male   ☐ Female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Ethnicity &amp; Religion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3. Service requirements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Days of service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Monday   ☐ Tuesday   ☐ Wednesday   ☐ Thursday   ☐ Friday   ☐ Saturday   ☐ Sunday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4. Name and details of Pick up Point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Contact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Job Title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Start date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Pick Up days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Pick Up time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5. Name and details of Drop off Point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Contact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Job Title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Start date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Drop off days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Drop off time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6. Return Journey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there a return journey required?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7. Name and details of Pick up Point (Return Journey)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Contact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Job Title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Start date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Pick Up days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Pick Up time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8. Name and details of Drop off Point (Return Journey)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Contact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Job Title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Start date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Drop off days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Drop off time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9. Background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Please detail any risks that may be present whilst transport service is being facilitated example being risk of absconding.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there an additional escort required?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6. Medical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Please detail any health or learning needs the child/ren may have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Declaration</w:t>
      </w:r>
    </w:p>
    <w:p>
      <w:pPr>
        <w:spacing w:after="240"/>
      </w:pPr>
      <w:r>
        <w:t>I confirm that the information provided is accurate to the best of my knowledge and that I am authorised to make this referral or request.</w:t>
      </w:r>
    </w:p>
    <w:p>
      <w:r>
        <w:rPr>
          <w:b/>
        </w:rPr>
        <w:t xml:space="preserve">Name: </w:t>
      </w:r>
      <w:r>
        <w:t>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06271"/>
        <w:sz w:val="16"/>
      </w:rPr>
      <w:t>Please return the completed form securely to Frankie Family Services.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06271"/>
        <w:sz w:val="17"/>
      </w:rPr>
      <w:t>FRANKIE FAMILY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73B6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F78C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F78C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73B6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