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jc w:val="center"/>
      </w:pPr>
      <w:r>
        <w:rPr>
          <w:rFonts w:ascii="Calibri" w:hAnsi="Calibri"/>
          <w:b/>
          <w:color w:val="2F78C4"/>
          <w:sz w:val="44"/>
        </w:rPr>
        <w:t>Solicitors Referral Form</w:t>
      </w:r>
    </w:p>
    <w:p>
      <w:pPr>
        <w:spacing w:after="320"/>
        <w:jc w:val="center"/>
      </w:pPr>
      <w:r>
        <w:rPr>
          <w:rFonts w:ascii="Calibri" w:hAnsi="Calibri"/>
          <w:i/>
          <w:color w:val="506271"/>
          <w:sz w:val="21"/>
        </w:rPr>
        <w:t>Downloadable referral form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994"/>
            <w:shd w:fill="EAF5FF"/>
          </w:tcPr>
          <w:p>
            <w:pPr>
              <w:spacing w:after="0"/>
            </w:pPr>
            <w:r>
              <w:rPr>
                <w:rFonts w:ascii="Calibri" w:hAnsi="Calibri"/>
                <w:color w:val="173B64"/>
                <w:sz w:val="19"/>
              </w:rPr>
              <w:t>Complete all relevant sections. If a question does not apply, write “N/A”. Required information should be shared securely.</w:t>
            </w:r>
          </w:p>
        </w:tc>
      </w:tr>
    </w:tbl>
    <w:p>
      <w:pPr>
        <w:spacing w:after="0"/>
      </w:pPr>
    </w:p>
    <w:p>
      <w:pPr>
        <w:pStyle w:val="Heading1"/>
      </w:pPr>
      <w:r>
        <w:t>1. Children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Children's Names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Ages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Dates of Birth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Gender (B/G)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2. Adult Requesting Contact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Name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Relationship to child(ren)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Does this person have legal parental responsibility?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Yes   ☐ No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Length of time since they met children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Length of time since they lived with children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Address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Postcode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Telephone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Solicitor's name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Solicitor's ref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Name of practice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Practice Address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Practice Postcode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Practice Email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Practice Telephone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3. Adult with whom the child(ren) reside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Name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Relationship to child(ren)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Address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Postcode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Telephone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4. Contact Arrangements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Preferred date of first contact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How frequently will contact take place?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How long will each visit last?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Is there a Child Arrangement Order in place?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Yes   ☐ No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5. Additional Information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What language is spoken at home?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Is an interpreter required?</w:t>
      </w:r>
    </w:p>
    <w:p>
      <w:pPr>
        <w:spacing w:after="100"/>
      </w:pPr>
      <w:r>
        <w:rPr>
          <w:rFonts w:ascii="Calibri" w:hAnsi="Calibri"/>
          <w:color w:val="506271"/>
          <w:sz w:val="19"/>
        </w:rPr>
        <w:t>☐ Yes   ☐ No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Additional background information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Declaration</w:t>
      </w:r>
    </w:p>
    <w:p>
      <w:pPr>
        <w:spacing w:after="240"/>
      </w:pPr>
      <w:r>
        <w:t>I confirm that the information provided is accurate to the best of my knowledge and that I am authorised to make this referral or request.</w:t>
      </w:r>
    </w:p>
    <w:p>
      <w:r>
        <w:rPr>
          <w:b/>
        </w:rPr>
        <w:t xml:space="preserve">Name: </w:t>
      </w:r>
      <w:r>
        <w:t>________________________________________________________</w:t>
      </w:r>
    </w:p>
    <w:p>
      <w:r>
        <w:rPr>
          <w:b/>
        </w:rPr>
        <w:t xml:space="preserve">Signature: </w:t>
      </w:r>
      <w:r>
        <w:t>________________________________________________________</w:t>
      </w:r>
    </w:p>
    <w:p>
      <w:r>
        <w:rPr>
          <w:b/>
        </w:rPr>
        <w:t xml:space="preserve">Date: </w:t>
      </w:r>
      <w:r>
        <w:t>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1037" w:left="1123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06271"/>
        <w:sz w:val="16"/>
      </w:rPr>
      <w:t>Please return the completed form securely to Frankie Family Services.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506271"/>
        <w:sz w:val="17"/>
      </w:rPr>
      <w:t>FRANKIE FAMILY SERVICES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173B6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Calibri" w:hAnsi="Calibri"/>
      <w:b/>
      <w:bCs/>
      <w:color w:val="2F78C4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F78C4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Calibri" w:hAnsi="Calibri"/>
      <w:b/>
      <w:bCs/>
      <w:color w:val="173B64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