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Calibri" w:hAnsi="Calibri"/>
          <w:b/>
          <w:color w:val="2F78C4"/>
          <w:sz w:val="44"/>
        </w:rPr>
        <w:t>Room Booking Form</w:t>
      </w:r>
    </w:p>
    <w:p>
      <w:pPr>
        <w:spacing w:after="320"/>
        <w:jc w:val="center"/>
      </w:pPr>
      <w:r>
        <w:rPr>
          <w:rFonts w:ascii="Calibri" w:hAnsi="Calibri"/>
          <w:i/>
          <w:color w:val="506271"/>
          <w:sz w:val="21"/>
        </w:rPr>
        <w:t>Downloadable referral form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994"/>
            <w:shd w:fill="EAF5FF"/>
          </w:tcPr>
          <w:p>
            <w:pPr>
              <w:spacing w:after="0"/>
            </w:pPr>
            <w:r>
              <w:rPr>
                <w:rFonts w:ascii="Calibri" w:hAnsi="Calibri"/>
                <w:color w:val="173B64"/>
                <w:sz w:val="19"/>
              </w:rPr>
              <w:t>Complete all relevant sections. If a question does not apply, write “N/A”. Required information should be shared securely.</w:t>
            </w:r>
          </w:p>
        </w:tc>
      </w:tr>
    </w:tbl>
    <w:p>
      <w:pPr>
        <w:spacing w:after="0"/>
      </w:pPr>
    </w:p>
    <w:p>
      <w:pPr>
        <w:pStyle w:val="Heading1"/>
      </w:pPr>
      <w:r>
        <w:t>Referrer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 of Referrer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Address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Department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Telephone number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Email</w:t>
      </w: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Booking Details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No. of hours room will be required for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No. of attendees</w:t>
      </w: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Names of attendees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Brief description of meeting (Agenda)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Risk Factors and Facilities</w:t>
      </w: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Any risk factors that the Frankie Family Services Contact Centre need to be made aware of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before="80" w:after="60"/>
      </w:pPr>
      <w:r>
        <w:rPr>
          <w:rFonts w:ascii="Calibri" w:hAnsi="Calibri"/>
          <w:b/>
          <w:color w:val="173B64"/>
          <w:sz w:val="21"/>
        </w:rPr>
        <w:t>Any facilities required in the room</w:t>
      </w: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spacing w:after="100"/>
        <w:pBdr>
          <w:bottom w:val="single" w:sz="4" w:space="1" w:color="B8C7D6"/>
        </w:pBdr>
      </w:pPr>
    </w:p>
    <w:p>
      <w:pPr>
        <w:pStyle w:val="Heading1"/>
      </w:pPr>
      <w:r>
        <w:t>Declaration</w:t>
      </w:r>
    </w:p>
    <w:p>
      <w:pPr>
        <w:spacing w:after="240"/>
      </w:pPr>
      <w:r>
        <w:t>I confirm that the information provided is accurate to the best of my knowledge and that I am authorised to make this referral or request.</w:t>
      </w:r>
    </w:p>
    <w:p>
      <w:r>
        <w:rPr>
          <w:b/>
        </w:rPr>
        <w:t xml:space="preserve">Name: </w:t>
      </w:r>
      <w:r>
        <w:t>________________________________________________________</w:t>
      </w:r>
    </w:p>
    <w:p>
      <w:r>
        <w:rPr>
          <w:b/>
        </w:rPr>
        <w:t xml:space="preserve">Signature: </w:t>
      </w:r>
      <w:r>
        <w:t>________________________________________________________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06271"/>
        <w:sz w:val="16"/>
      </w:rPr>
      <w:t>Please return the completed form securely to Frankie Family Services.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06271"/>
        <w:sz w:val="17"/>
      </w:rPr>
      <w:t>FRANKIE FAMILY SERVICES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73B6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F78C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F78C4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73B6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