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0"/>
        <w:jc w:val="center"/>
      </w:pPr>
      <w:r>
        <w:rPr>
          <w:rFonts w:ascii="Calibri" w:hAnsi="Calibri"/>
          <w:b/>
          <w:color w:val="2F78C4"/>
          <w:sz w:val="44"/>
        </w:rPr>
        <w:t>Handover Self-Referral Form (Resident Parent)</w:t>
      </w:r>
    </w:p>
    <w:p>
      <w:pPr>
        <w:spacing w:after="320"/>
        <w:jc w:val="center"/>
      </w:pPr>
      <w:r>
        <w:rPr>
          <w:rFonts w:ascii="Calibri" w:hAnsi="Calibri"/>
          <w:i/>
          <w:color w:val="506271"/>
          <w:sz w:val="21"/>
        </w:rPr>
        <w:t>Downloadable referral form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792"/>
      </w:tblGrid>
      <w:tr>
        <w:tc>
          <w:tcPr>
            <w:tcW w:type="dxa" w:w="9994"/>
            <w:shd w:fill="EAF5FF"/>
          </w:tcPr>
          <w:p>
            <w:pPr>
              <w:spacing w:after="0"/>
            </w:pPr>
            <w:r>
              <w:rPr>
                <w:rFonts w:ascii="Calibri" w:hAnsi="Calibri"/>
                <w:color w:val="173B64"/>
                <w:sz w:val="19"/>
              </w:rPr>
              <w:t>Complete all relevant sections. If a question does not apply, write “N/A”. Required information should be shared securely.</w:t>
            </w:r>
          </w:p>
        </w:tc>
      </w:tr>
    </w:tbl>
    <w:p>
      <w:pPr>
        <w:spacing w:after="0"/>
      </w:pPr>
    </w:p>
    <w:p>
      <w:pPr>
        <w:pStyle w:val="Heading1"/>
      </w:pPr>
      <w:r>
        <w:t>Resident Parent Contact Details</w:t>
      </w: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Name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Address</w:t>
      </w: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Telephone Number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Mobile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Email</w:t>
      </w:r>
    </w:p>
    <w:p>
      <w:pPr>
        <w:spacing w:after="100"/>
        <w:pBdr>
          <w:bottom w:val="single" w:sz="4" w:space="1" w:color="B8C7D6"/>
        </w:pBdr>
      </w:pPr>
    </w:p>
    <w:p>
      <w:pPr>
        <w:pStyle w:val="Heading1"/>
      </w:pPr>
      <w:r>
        <w:t>Children's Information</w:t>
      </w: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Children's Names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Date of Birth (DOB)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Age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Gender</w:t>
      </w:r>
    </w:p>
    <w:p>
      <w:pPr>
        <w:spacing w:after="100"/>
        <w:pBdr>
          <w:bottom w:val="single" w:sz="4" w:space="1" w:color="B8C7D6"/>
        </w:pBdr>
      </w:pPr>
    </w:p>
    <w:p>
      <w:pPr>
        <w:pStyle w:val="Heading1"/>
      </w:pPr>
      <w:r>
        <w:t>Non-Resident Parent Contact Details</w:t>
      </w: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Name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Address</w:t>
      </w: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Telephone Number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Mobile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Email</w:t>
      </w:r>
    </w:p>
    <w:p>
      <w:pPr>
        <w:spacing w:after="100"/>
        <w:pBdr>
          <w:bottom w:val="single" w:sz="4" w:space="1" w:color="B8C7D6"/>
        </w:pBdr>
      </w:pPr>
    </w:p>
    <w:p>
      <w:pPr>
        <w:pStyle w:val="Heading1"/>
      </w:pPr>
      <w:r>
        <w:t>Relationship Information</w:t>
      </w: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When did your relationship with the children's father/mother end?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Why did your relationship with the children's father/mother end?</w:t>
      </w: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pStyle w:val="Heading1"/>
      </w:pPr>
      <w:r>
        <w:t>Previous Involvement</w:t>
      </w: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Has your family ever been known to or involved with CAFCASS?</w:t>
      </w:r>
    </w:p>
    <w:p>
      <w:pPr>
        <w:spacing w:after="100"/>
      </w:pPr>
      <w:r>
        <w:rPr>
          <w:rFonts w:ascii="Calibri" w:hAnsi="Calibri"/>
          <w:color w:val="506271"/>
          <w:sz w:val="19"/>
        </w:rPr>
        <w:t>☐ Yes   ☐ No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Has your family ever been known to or involved with Social Services?</w:t>
      </w:r>
    </w:p>
    <w:p>
      <w:pPr>
        <w:spacing w:after="100"/>
      </w:pPr>
      <w:r>
        <w:rPr>
          <w:rFonts w:ascii="Calibri" w:hAnsi="Calibri"/>
          <w:color w:val="506271"/>
          <w:sz w:val="19"/>
        </w:rPr>
        <w:t>☐ Yes   ☐ No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Has your family ever been known to or involved with the Courts?</w:t>
      </w:r>
    </w:p>
    <w:p>
      <w:pPr>
        <w:spacing w:after="100"/>
      </w:pPr>
      <w:r>
        <w:rPr>
          <w:rFonts w:ascii="Calibri" w:hAnsi="Calibri"/>
          <w:color w:val="506271"/>
          <w:sz w:val="19"/>
        </w:rPr>
        <w:t>☐ Yes   ☐ No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Has your family ever been known to or involved with Mediation services?</w:t>
      </w:r>
    </w:p>
    <w:p>
      <w:pPr>
        <w:spacing w:after="100"/>
      </w:pPr>
      <w:r>
        <w:rPr>
          <w:rFonts w:ascii="Calibri" w:hAnsi="Calibri"/>
          <w:color w:val="506271"/>
          <w:sz w:val="19"/>
        </w:rPr>
        <w:t>☐ Yes   ☐ No</w:t>
      </w:r>
    </w:p>
    <w:p>
      <w:pPr>
        <w:spacing w:after="100"/>
        <w:pBdr>
          <w:bottom w:val="single" w:sz="4" w:space="1" w:color="B8C7D6"/>
        </w:pBdr>
      </w:pPr>
    </w:p>
    <w:p>
      <w:pPr>
        <w:pStyle w:val="Heading1"/>
      </w:pPr>
      <w:r>
        <w:t>Safety and Risk Assessment</w:t>
      </w: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Do you have any concerns relating to domestic violence, drugs, alcohol or mental health issues?</w:t>
      </w:r>
    </w:p>
    <w:p>
      <w:pPr>
        <w:spacing w:after="100"/>
      </w:pPr>
      <w:r>
        <w:rPr>
          <w:rFonts w:ascii="Calibri" w:hAnsi="Calibri"/>
          <w:color w:val="506271"/>
          <w:sz w:val="19"/>
        </w:rPr>
        <w:t>☐ Yes   ☐ No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Do you or the non-resident parent have any convictions?</w:t>
      </w:r>
    </w:p>
    <w:p>
      <w:pPr>
        <w:spacing w:after="100"/>
      </w:pPr>
      <w:r>
        <w:rPr>
          <w:rFonts w:ascii="Calibri" w:hAnsi="Calibri"/>
          <w:color w:val="506271"/>
          <w:sz w:val="19"/>
        </w:rPr>
        <w:t>☐ Yes   ☐ No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Is there any risk of abduction?</w:t>
      </w:r>
    </w:p>
    <w:p>
      <w:pPr>
        <w:spacing w:after="100"/>
      </w:pPr>
      <w:r>
        <w:rPr>
          <w:rFonts w:ascii="Calibri" w:hAnsi="Calibri"/>
          <w:color w:val="506271"/>
          <w:sz w:val="19"/>
        </w:rPr>
        <w:t>☐ Yes   ☐ No</w:t>
      </w:r>
    </w:p>
    <w:p>
      <w:pPr>
        <w:spacing w:after="100"/>
        <w:pBdr>
          <w:bottom w:val="single" w:sz="4" w:space="1" w:color="B8C7D6"/>
        </w:pBdr>
      </w:pPr>
    </w:p>
    <w:p>
      <w:pPr>
        <w:pStyle w:val="Heading1"/>
      </w:pPr>
      <w:r>
        <w:t>Handover Arrangements</w:t>
      </w: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When would you like handover at the centre to take place? Please state dates and times</w:t>
      </w: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Who will be bringing the children to the centre?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Who will be collecting the children from the centre?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Are you prepared to meet the children's father/mother?</w:t>
      </w:r>
    </w:p>
    <w:p>
      <w:pPr>
        <w:spacing w:after="100"/>
      </w:pPr>
      <w:r>
        <w:rPr>
          <w:rFonts w:ascii="Calibri" w:hAnsi="Calibri"/>
          <w:color w:val="506271"/>
          <w:sz w:val="19"/>
        </w:rPr>
        <w:t>☐ Yes   ☐ No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Will staggered arrival and departure times be required?</w:t>
      </w:r>
    </w:p>
    <w:p>
      <w:pPr>
        <w:spacing w:after="100"/>
      </w:pPr>
      <w:r>
        <w:rPr>
          <w:rFonts w:ascii="Calibri" w:hAnsi="Calibri"/>
          <w:color w:val="506271"/>
          <w:sz w:val="19"/>
        </w:rPr>
        <w:t>☐ Yes   ☐ No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Who has parental responsibility?</w:t>
      </w:r>
    </w:p>
    <w:p>
      <w:pPr>
        <w:spacing w:after="100"/>
        <w:pBdr>
          <w:bottom w:val="single" w:sz="4" w:space="1" w:color="B8C7D6"/>
        </w:pBdr>
      </w:pPr>
    </w:p>
    <w:p>
      <w:pPr>
        <w:pStyle w:val="Heading1"/>
      </w:pPr>
      <w:r>
        <w:t>Additional Information</w:t>
      </w: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Do any of the children have any illnesses or allergies?</w:t>
      </w: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What language is spoken at home?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Will an interpreter be needed?</w:t>
      </w:r>
    </w:p>
    <w:p>
      <w:pPr>
        <w:spacing w:after="100"/>
      </w:pPr>
      <w:r>
        <w:rPr>
          <w:rFonts w:ascii="Calibri" w:hAnsi="Calibri"/>
          <w:color w:val="506271"/>
          <w:sz w:val="19"/>
        </w:rPr>
        <w:t>☐ Yes   ☐ No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Are there any other issues you feel the centre needs to be aware of?</w:t>
      </w: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pStyle w:val="Heading1"/>
      </w:pPr>
      <w:r>
        <w:t>Declaration</w:t>
      </w:r>
    </w:p>
    <w:p>
      <w:pPr>
        <w:spacing w:after="240"/>
      </w:pPr>
      <w:r>
        <w:t>I confirm that the information provided is accurate to the best of my knowledge and that I am authorised to make this referral or request.</w:t>
      </w:r>
    </w:p>
    <w:p>
      <w:r>
        <w:rPr>
          <w:b/>
        </w:rPr>
        <w:t xml:space="preserve">Name: </w:t>
      </w:r>
      <w:r>
        <w:t>________________________________________________________</w:t>
      </w:r>
    </w:p>
    <w:p>
      <w:r>
        <w:rPr>
          <w:b/>
        </w:rPr>
        <w:t xml:space="preserve">Signature: </w:t>
      </w:r>
      <w:r>
        <w:t>________________________________________________________</w:t>
      </w:r>
    </w:p>
    <w:p>
      <w:r>
        <w:rPr>
          <w:b/>
        </w:rPr>
        <w:t xml:space="preserve">Date: </w:t>
      </w:r>
      <w:r>
        <w:t>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123" w:bottom="1037" w:left="1123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color w:val="506271"/>
        <w:sz w:val="16"/>
      </w:rPr>
      <w:t>Please return the completed form securely to Frankie Family Services.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Calibri" w:hAnsi="Calibri"/>
        <w:b/>
        <w:color w:val="506271"/>
        <w:sz w:val="17"/>
      </w:rPr>
      <w:t>FRANKIE FAMILY SERVICES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4" w:lineRule="auto"/>
    </w:pPr>
    <w:rPr>
      <w:rFonts w:ascii="Calibri" w:hAnsi="Calibri"/>
      <w:color w:val="173B64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 w:ascii="Calibri" w:hAnsi="Calibri"/>
      <w:b/>
      <w:bCs/>
      <w:color w:val="2F78C4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F78C4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 w:ascii="Calibri" w:hAnsi="Calibri"/>
      <w:b/>
      <w:bCs/>
      <w:color w:val="173B64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