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Calibri" w:hAnsi="Calibri"/>
          <w:b/>
          <w:color w:val="2F78C4"/>
          <w:sz w:val="44"/>
        </w:rPr>
        <w:t>Non Resident Parent Referral Form</w:t>
      </w:r>
    </w:p>
    <w:p>
      <w:pPr>
        <w:spacing w:after="320"/>
        <w:jc w:val="center"/>
      </w:pPr>
      <w:r>
        <w:rPr>
          <w:rFonts w:ascii="Calibri" w:hAnsi="Calibri"/>
          <w:i/>
          <w:color w:val="506271"/>
          <w:sz w:val="21"/>
        </w:rPr>
        <w:t>Downloadable referral form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994"/>
            <w:shd w:fill="EAF5FF"/>
          </w:tcPr>
          <w:p>
            <w:pPr>
              <w:spacing w:after="0"/>
            </w:pPr>
            <w:r>
              <w:rPr>
                <w:rFonts w:ascii="Calibri" w:hAnsi="Calibri"/>
                <w:color w:val="173B64"/>
                <w:sz w:val="19"/>
              </w:rPr>
              <w:t>Complete all relevant sections. If a question does not apply, write “N/A”. Required information should be shared securely.</w:t>
            </w:r>
          </w:p>
        </w:tc>
      </w:tr>
    </w:tbl>
    <w:p>
      <w:pPr>
        <w:spacing w:after="0"/>
      </w:pPr>
    </w:p>
    <w:p>
      <w:pPr>
        <w:pStyle w:val="Heading1"/>
      </w:pPr>
      <w:r>
        <w:t>Non-Resident Parent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 Number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Report Required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Children’s Information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Children’s Names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DOB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Age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Gender (M/F)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Ethnicity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Resident Parent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 Number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Relationship Information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When did your relationship with the children’s father/mother end?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Why did your relationship with the children’s father/mother end?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Previous Involvement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your family ever been known to or been involved with CAFCASS?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dates and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Social Services?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dates and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The Courts?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dates and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Mediation services?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dates and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Concerns and Convictions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 you have any concerns relating to domestic violence, drugs, alcohol or mental health issues?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 you or the resident parent have any convictions?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Previous Family Time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When and where did family time last take place?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was involved in the family time?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Why did the family time breakdown?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they are old enough to understand and have a view, how do the children feel about having any family time?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Arrangements for Family Time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When would you like family time at the centre to take place and for how long?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any other adults and or child/ren allowed to participate in contact?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this been agreed by all parties?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this been specified in the order?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provide the name below and note that a total of 1 family member would be considered per session, as agreed or ordered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Relationship to child/ren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will be bringing the child/children to the centre?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will be collecting the child/children from the centre?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anybody be accompanying you on your visits to the centre?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Is there any risk of abduction?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you prepared to meet the children’s father/mother?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staggered arrival and departure times be required?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Is it agreed that the child/ren’s mother/father can take photographs?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this been agreed by all parties?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this been specified in the court order?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 any of the children have any illnesses or allergies?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What language is spoken at home?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an interpreter be needed?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there any other issues you feel the centre needs to be aware of?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Solicitors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Is contact with either parties’ solicitor necessary?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indicate why?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Non-Resident Solicitors 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Practice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Resident Parent Solicitors 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Practice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Declaration</w:t>
      </w:r>
    </w:p>
    <w:p>
      <w:pPr>
        <w:spacing w:after="240"/>
      </w:pPr>
      <w:r>
        <w:t>I confirm that the information provided is accurate to the best of my knowledge and that I am authorised to make this referral or request.</w:t>
      </w:r>
    </w:p>
    <w:p>
      <w:r>
        <w:rPr>
          <w:b/>
        </w:rPr>
        <w:t xml:space="preserve">Name: </w:t>
      </w:r>
      <w:r>
        <w:t>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06271"/>
        <w:sz w:val="16"/>
      </w:rPr>
      <w:t>Please return the completed form securely to Frankie Family Services.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06271"/>
        <w:sz w:val="17"/>
      </w:rPr>
      <w:t>FRANKIE FAMILY SERVICES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73B6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F78C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F78C4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73B64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