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Calibri" w:hAnsi="Calibri"/>
          <w:b/>
          <w:color w:val="2F78C4"/>
          <w:sz w:val="44"/>
        </w:rPr>
        <w:t>Local Authority Referral Form</w:t>
      </w:r>
    </w:p>
    <w:p>
      <w:pPr>
        <w:spacing w:after="320"/>
        <w:jc w:val="center"/>
      </w:pPr>
      <w:r>
        <w:rPr>
          <w:rFonts w:ascii="Calibri" w:hAnsi="Calibri"/>
          <w:i/>
          <w:color w:val="506271"/>
          <w:sz w:val="21"/>
        </w:rPr>
        <w:t>Downloadable referral form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994"/>
            <w:shd w:fill="EAF5FF"/>
          </w:tcPr>
          <w:p>
            <w:pPr>
              <w:spacing w:after="0"/>
            </w:pPr>
            <w:r>
              <w:rPr>
                <w:rFonts w:ascii="Calibri" w:hAnsi="Calibri"/>
                <w:color w:val="173B64"/>
                <w:sz w:val="19"/>
              </w:rPr>
              <w:t>Complete all relevant sections. If a question does not apply, write “N/A”. Required information should be shared securely.</w:t>
            </w:r>
          </w:p>
        </w:tc>
      </w:tr>
    </w:tbl>
    <w:p>
      <w:pPr>
        <w:spacing w:after="0"/>
      </w:pPr>
    </w:p>
    <w:p>
      <w:pPr>
        <w:pStyle w:val="Heading1"/>
      </w:pPr>
      <w:r>
        <w:t>1. Referrer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Practitioner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Job Title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Local Authority 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Fax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2. Nature of Service(s) required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Please tick which of the following you would like the centre to provide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Supervised Family Time   ☐ Supported Family Time   ☐ Community Family Time   ☐ Family Time Report   ☐ Handover service   ☐ Other specialist family work (please state):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3. Child (ren)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Name(s)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Age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of Birth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Gender (M/F)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Ethnicity &amp; Religion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do child (ren) live with?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has parental responsibility?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4. Resident Parents/Foster Carer (s)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Relationship to child(ren)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Ethnicity &amp; Religion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of Birth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5. Visiting Parent(s)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Name(s) 1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of Birth 1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Relationship to child (ren) 1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Ethnicity &amp; Religion 1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 1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 1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1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 1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Name(s) 2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of Birth 2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Relationship to child (ren) 2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Ethnicity &amp; Religion 2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 2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 2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2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 2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6. Additional adults attending contact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there be additional adults attending Family Time? If yes please provide details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 1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 2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 3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7. Confidentiality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Can the adult requesting family time/services know or be given contact details relating to the adult with whom the children live?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Can the adult with whom the children live know or be given information relating to the adult having contact?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Details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8. Other professionals involved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Job title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&amp; Fax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9. Solicitors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contact with either party’s solicitor necessary?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 please indicate why?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Solicitors Name for where children reside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Practice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Fax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10. What are the principal reasons for wanting this Family Time/Handover service(s)?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1.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2.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3.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11. Views and expectations of services required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Adult requesting service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Adult with whom the children reside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Where their age and level of understanding allows, please indicate what the child(ren)\'s views and expectations of service are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12. Previous Family Time/Handover Sessions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When and where did Family Time handover last take place?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was involved in this Family Time/Handover?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Why did it breakdown?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Has this family ever used another centre?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 of centre and dates used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Why did the contact end at this centre?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13. Proposals for services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Frequency of sessions required: Specified in a court order?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Number of sessions per week (if specified by court order)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Specified by Referrer?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Number of sessions per week (if specified by referrer)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Duration of sessions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What is the care plan for the child? Are they a Looked After Child?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Preferred start date to commence: Specified in a court order?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Start Date (if specified by court order)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Specified by Referrer?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Start Date (if specified by referrer)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Taxis be collecting children?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Transport Details Company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Contact Number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 (who will bring/collect) 1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 Number 1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 (who will bring/collect) 2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Mobile Number 2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the parents and carers involved in the contact willing to meet?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Specified in a court order?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Agreed by all parties?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the parents and other adults involved in the contact are not willing to meet, please indicate why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Can the child(ren) be taken out of the centre?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indicate what has been agreed or ordered by the court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14. Background information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History Family history Inc. nature of problems; onset of harm (e.g. Abuse Domestic violence)? Parenting upbringing (i.e. family breakdown; ‘care’; alcoholism)? Child/ren’s previous care episodes or duration of ‘divorce’ disputes (continue on the back of page if necessary) ( Please state)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Concerns regarding family time: What is the referrers evidence (Child Protection Plan category; abuse/allegations; mental health illness, abduction) indicating that the child/ren need professional supervision? (continue onto a separate page if necessary)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there any other arrangements or agreements relating to the taking of photographs/ videos, exchange of gifts or food for the children?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Yes, please state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15. Health and medical requirements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 any of the children involved in the contact or services have any special needs or requirements relating to illness, impairment, allergies, special needs or other? (please specify)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Adults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16. Language/interpreter requirements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Will an interpreter be required?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Language spoken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Who will provide and pay for the interpreter?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17. Court Orders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Name(s) of child(ren) or adult(s) to whom the order relates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Type of order (care, residence, contact, parental responsibility, specific issues, prohibited steps, injunctions or other), please specify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Court making order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order made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of next court hearing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 of adult to whom conviction relates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Nature of conviction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of conviction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Details of conviction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18. Child Protection Plan and Special Needs Registration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any of the children involved in contact or services currently on a Child Protection Plan or Looked After by the Local Authority?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Child(ren)\'s name(s)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Category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registered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of next conference/Looked After Review meeting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Are any of the children involved in family Time or services currently on the Educational Special Needs Register?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Child(ren)\'s name(s)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Specific behavioural/learning difficulties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 registered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19. Risk Assessment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Safeguarding children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None   ☐ Low   ☐ High   ☐ Physical Abuse   ☐ Sexual Abuse   ☐ Emotional Abuse   ☐ Neglect   ☐ Risk of Abduction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Other potential concerns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None   ☐ Low   ☐ High   ☐ Domestic abuse   ☐ Conflict between adults   ☐ Alcohol abuse   ☐ Drug/substance abuse   ☐ Mental health issues   ☐ Cultural issues   ☐ Religious issues   ☐ Immigration / asylum   ☐ Financial issues   ☐ Medical condition adult/child   ☐ Physical impairments adult/child   ☐ Learning difficulties adult/child   ☐ Parenting skills   ☐ Involvement of other family members in the contact   ☐ Risk of violence towards staff   ☐ Risk of self-harm   ☐ Other (please specify):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Both parties are aware of and in agreement with the referral?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No   ☐ Yes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If no please specify the reasons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Declaration</w:t>
      </w:r>
    </w:p>
    <w:p>
      <w:pPr>
        <w:spacing w:after="240"/>
      </w:pPr>
      <w:r>
        <w:t>I confirm that the information provided is accurate to the best of my knowledge and that I am authorised to make this referral or request.</w:t>
      </w:r>
    </w:p>
    <w:p>
      <w:r>
        <w:rPr>
          <w:b/>
        </w:rPr>
        <w:t xml:space="preserve">Name: </w:t>
      </w:r>
      <w:r>
        <w:t>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06271"/>
        <w:sz w:val="16"/>
      </w:rPr>
      <w:t>Please return the completed form securely to Frankie Family Services.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06271"/>
        <w:sz w:val="17"/>
      </w:rPr>
      <w:t>FRANKIE FAMILY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73B6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F78C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F78C4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73B6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