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FRANKIE FAMILY SERVICES</w:t>
      </w:r>
    </w:p>
    <w:p>
      <w:pPr>
        <w:jc w:val="center"/>
      </w:pPr>
      <w:r>
        <w:rPr>
          <w:b/>
          <w:sz w:val="30"/>
        </w:rPr>
        <w:t>Family Group Conferencing – Referral Form</w:t>
      </w:r>
    </w:p>
    <w:p>
      <w:pPr>
        <w:jc w:val="center"/>
      </w:pPr>
      <w:r>
        <w:rPr>
          <w:i/>
        </w:rPr>
        <w:t>Please complete all relevant sections. If information is unavailable, please state this clearly.</w:t>
      </w:r>
    </w:p>
    <w:p>
      <w:pPr>
        <w:pStyle w:val="Heading1"/>
      </w:pPr>
      <w:r>
        <w:t>1. Referrer Details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</w:tcPr>
          <w:p>
            <w:r>
              <w:t>Name / job title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Organisation / service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Telephone</w:t>
            </w:r>
          </w:p>
        </w:tc>
        <w:tc>
          <w:tcPr>
            <w:tcW w:type="dxa" w:w="5184"/>
            <w:vAlign w:val="center"/>
          </w:tcPr>
          <w:p>
            <w:r>
              <w:t>________________________   Email: 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Address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Date of referral</w:t>
            </w:r>
          </w:p>
        </w:tc>
        <w:tc>
          <w:tcPr>
            <w:tcW w:type="dxa" w:w="5184"/>
            <w:vAlign w:val="center"/>
          </w:tcPr>
          <w:p>
            <w:r>
              <w:t>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Relationship to child / family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Manager / supervisor (if applicable)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</w:tbl>
    <w:p>
      <w:pPr>
        <w:pStyle w:val="Heading1"/>
      </w:pPr>
      <w:r>
        <w:t>2. Child / Young Person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</w:tcPr>
          <w:p>
            <w:r>
              <w:t>Full name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Preferred name</w:t>
            </w:r>
          </w:p>
        </w:tc>
        <w:tc>
          <w:tcPr>
            <w:tcW w:type="dxa" w:w="5184"/>
            <w:vAlign w:val="center"/>
          </w:tcPr>
          <w:p>
            <w:r>
              <w:t>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Date of birth / age</w:t>
            </w:r>
          </w:p>
        </w:tc>
        <w:tc>
          <w:tcPr>
            <w:tcW w:type="dxa" w:w="5184"/>
            <w:vAlign w:val="center"/>
          </w:tcPr>
          <w:p>
            <w:r>
              <w:t>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Address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Telephone / email (if appropriate)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Ethnicity / cultural identity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Language / communication needs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Disability / additional needs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Education / school / college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</w:tbl>
    <w:p>
      <w:pPr>
        <w:pStyle w:val="Heading1"/>
      </w:pPr>
      <w:r>
        <w:t>3. Parent(s) / Carer(s)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</w:tcPr>
          <w:p>
            <w:r>
              <w:t>Parent / carer 1 – name &amp; contact details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Parent / carer 2 – name &amp; contact details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Parental responsibility / legal status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Current living arrangements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</w:tbl>
    <w:p>
      <w:pPr>
        <w:pStyle w:val="Heading1"/>
      </w:pPr>
      <w:r>
        <w:t>4. Reason for Referral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</w:tcPr>
          <w:p>
            <w:r>
              <w:t>What are the main concerns or issues?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  <w:br/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Why is a Family Group Conference being requested now?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What would you like the family to achieve?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What has already been tried / what support is in place?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  <w:br/>
              <w:t>____________________________________________________________</w:t>
            </w:r>
          </w:p>
        </w:tc>
      </w:tr>
    </w:tbl>
    <w:p>
      <w:pPr>
        <w:pStyle w:val="Heading1"/>
      </w:pPr>
      <w:r>
        <w:t>5. Strengths, Family Network &amp; Important Relationships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</w:tcPr>
          <w:p>
            <w:r>
              <w:t>Child / young person's strengths, wishes and feelings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Known family members / friends / significant adults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Who should be invited to the Family Group Conference?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Who should NOT be invited, and why?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Any known family conflict or relationship issues?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  <w:br/>
              <w:t>____________________________________________________________</w:t>
            </w:r>
          </w:p>
        </w:tc>
      </w:tr>
    </w:tbl>
    <w:p>
      <w:pPr>
        <w:pStyle w:val="Heading1"/>
      </w:pPr>
      <w:r>
        <w:t>6. Safeguarding &amp; Risk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</w:tcPr>
          <w:p>
            <w:r>
              <w:t>Current safeguarding concerns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Known risks to child / young person or others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Domestic abuse / violence concerns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Mental health / substance misuse / other relevant risks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Known criminal / court / statutory involvement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Are there any people who must not attend or have contact?</w:t>
            </w:r>
          </w:p>
        </w:tc>
        <w:tc>
          <w:tcPr>
            <w:tcW w:type="dxa" w:w="5184"/>
            <w:vAlign w:val="center"/>
          </w:tcPr>
          <w:p>
            <w:r>
              <w:t>☐ No   ☐ Yes – details: 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Immediate safety action required?</w:t>
            </w:r>
          </w:p>
        </w:tc>
        <w:tc>
          <w:tcPr>
            <w:tcW w:type="dxa" w:w="5184"/>
            <w:vAlign w:val="center"/>
          </w:tcPr>
          <w:p>
            <w:r>
              <w:t>☐ No   ☐ Yes – details: _______________________________________</w:t>
            </w:r>
          </w:p>
        </w:tc>
      </w:tr>
    </w:tbl>
    <w:p>
      <w:r>
        <w:rPr>
          <w:b/>
        </w:rPr>
        <w:t xml:space="preserve">Important: </w:t>
      </w:r>
      <w:r>
        <w:t>A Family Group Conference should not be used as a substitute for immediate safeguarding action. Please ensure urgent risks are managed through the appropriate safeguarding procedures before referral.</w:t>
      </w:r>
    </w:p>
    <w:p>
      <w:pPr>
        <w:pStyle w:val="Heading1"/>
      </w:pPr>
      <w:r>
        <w:t>7. Legal / Statutory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</w:tcPr>
          <w:p>
            <w:r>
              <w:t>Social care / early help / other involvement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Current legal order(s), if any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Court dates / deadlines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Other agencies involved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Key professional(s) and contact details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</w:tbl>
    <w:p>
      <w:pPr>
        <w:pStyle w:val="Heading1"/>
      </w:pPr>
      <w:r>
        <w:t>8. Practical &amp; Accessibility Requirements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</w:tcPr>
          <w:p>
            <w:r>
              <w:t>Interpreter required?</w:t>
            </w:r>
          </w:p>
        </w:tc>
        <w:tc>
          <w:tcPr>
            <w:tcW w:type="dxa" w:w="5184"/>
            <w:vAlign w:val="center"/>
          </w:tcPr>
          <w:p>
            <w:r>
              <w:t>☐ No   ☐ Yes – language: 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Accessibility / communication requirements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Preferred location / venue considerations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Availability / important dates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Any cultural, religious or other considerations?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</w:tbl>
    <w:p>
      <w:pPr>
        <w:pStyle w:val="Heading1"/>
      </w:pPr>
      <w:r>
        <w:t>9. Consent &amp; Information Sharing</w:t>
      </w:r>
    </w:p>
    <w:p>
      <w:r>
        <w:t>Please confirm, where appropriate, that the child/young person and parents/carers have been informed about the referral and the purpose of a Family Group Conference.</w:t>
      </w:r>
    </w:p>
    <w:p>
      <w:r>
        <w:t>☐ Child / young person has been informed</w:t>
      </w:r>
    </w:p>
    <w:p>
      <w:r>
        <w:t>☐ Parent(s) / carer(s) have been informed</w:t>
      </w:r>
    </w:p>
    <w:p>
      <w:r>
        <w:t>☐ Consent / agreement to referral has been obtained where required</w:t>
      </w:r>
    </w:p>
    <w:p>
      <w:r>
        <w:t>☐ Information can be shared with Frankie Family Services for the purpose of arranging and facilitating the conference</w:t>
      </w:r>
    </w:p>
    <w:p>
      <w:r>
        <w:t>☐ Consent has not been obtained – reason: ______________________________________________</w:t>
      </w:r>
    </w:p>
    <w:p>
      <w:pPr>
        <w:pStyle w:val="Heading1"/>
      </w:pPr>
      <w:r>
        <w:t>10. Referrer Declaration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</w:tcPr>
          <w:p>
            <w:r>
              <w:t>I confirm that the information provided is accurate to the best of my knowledge.</w:t>
            </w:r>
          </w:p>
        </w:tc>
        <w:tc>
          <w:tcPr>
            <w:tcW w:type="dxa" w:w="5184"/>
            <w:vAlign w:val="center"/>
          </w:tcPr>
          <w:p>
            <w:r>
              <w:t>☐ Yes</w:t>
            </w:r>
          </w:p>
        </w:tc>
      </w:tr>
      <w:tr>
        <w:tc>
          <w:tcPr>
            <w:tcW w:type="dxa" w:w="5184"/>
            <w:vAlign w:val="center"/>
          </w:tcPr>
          <w:p>
            <w:r>
              <w:t>Name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Signature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Date</w:t>
            </w:r>
          </w:p>
        </w:tc>
        <w:tc>
          <w:tcPr>
            <w:tcW w:type="dxa" w:w="5184"/>
            <w:vAlign w:val="center"/>
          </w:tcPr>
          <w:p>
            <w:r>
              <w:t>________________________</w:t>
            </w:r>
          </w:p>
        </w:tc>
      </w:tr>
    </w:tbl>
    <w:p>
      <w:pPr>
        <w:pStyle w:val="Heading1"/>
      </w:pPr>
      <w:r>
        <w:t>11. Frankie Family Services – Office Use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</w:tcPr>
          <w:p>
            <w:r>
              <w:t>Date referral received</w:t>
            </w:r>
          </w:p>
        </w:tc>
        <w:tc>
          <w:tcPr>
            <w:tcW w:type="dxa" w:w="5184"/>
            <w:vAlign w:val="center"/>
          </w:tcPr>
          <w:p>
            <w:r>
              <w:t>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Referral accepted by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Coordinator allocated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Initial contact / screening completed</w:t>
            </w:r>
          </w:p>
        </w:tc>
        <w:tc>
          <w:tcPr>
            <w:tcW w:type="dxa" w:w="5184"/>
            <w:vAlign w:val="center"/>
          </w:tcPr>
          <w:p>
            <w:r>
              <w:t>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Conference date / time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Venue / format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</w:r>
          </w:p>
        </w:tc>
      </w:tr>
      <w:tr>
        <w:tc>
          <w:tcPr>
            <w:tcW w:type="dxa" w:w="5184"/>
            <w:vAlign w:val="center"/>
          </w:tcPr>
          <w:p>
            <w:r>
              <w:t>Additional actions / notes</w:t>
            </w:r>
          </w:p>
        </w:tc>
        <w:tc>
          <w:tcPr>
            <w:tcW w:type="dxa" w:w="5184"/>
            <w:vAlign w:val="center"/>
          </w:tcPr>
          <w:p>
            <w:r>
              <w:t>____________________________________________________________</w:t>
              <w:br/>
              <w:t>____________________________________________________________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Frankie Family Services | Family Group Conferencing Referral Form | Confidential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